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D94" w:rsidRPr="006F24B8" w:rsidRDefault="006F24B8">
      <w:pPr>
        <w:autoSpaceDE w:val="0"/>
        <w:autoSpaceDN w:val="0"/>
        <w:spacing w:after="78" w:line="220" w:lineRule="exact"/>
        <w:rPr>
          <w:lang w:val="ru-RU"/>
        </w:rPr>
      </w:pPr>
      <w:r>
        <w:rPr>
          <w:lang w:val="ru-RU"/>
        </w:rPr>
        <w:t xml:space="preserve">    </w:t>
      </w:r>
    </w:p>
    <w:p w:rsidR="00987EBB" w:rsidRDefault="00987EBB" w:rsidP="00987EBB">
      <w:pPr>
        <w:widowControl w:val="0"/>
        <w:jc w:val="both"/>
        <w:rPr>
          <w:rFonts w:ascii="Times New Roman" w:hAnsi="Times New Roman" w:cs="Times New Roman"/>
          <w:color w:val="000000"/>
          <w:sz w:val="23"/>
          <w:szCs w:val="23"/>
          <w:lang w:val="ru-RU" w:bidi="ru-RU"/>
        </w:rPr>
      </w:pPr>
    </w:p>
    <w:p w:rsidR="00025E73" w:rsidRDefault="00025E73" w:rsidP="00987EBB">
      <w:pPr>
        <w:widowControl w:val="0"/>
        <w:jc w:val="both"/>
        <w:rPr>
          <w:rFonts w:ascii="Times New Roman" w:hAnsi="Times New Roman" w:cs="Times New Roman"/>
          <w:color w:val="000000"/>
          <w:sz w:val="23"/>
          <w:szCs w:val="23"/>
          <w:lang w:val="ru-RU" w:bidi="ru-RU"/>
        </w:rPr>
      </w:pPr>
    </w:p>
    <w:p w:rsidR="00A56D94" w:rsidRPr="006F24B8" w:rsidRDefault="00394BFA">
      <w:pPr>
        <w:rPr>
          <w:lang w:val="ru-RU"/>
        </w:rPr>
        <w:sectPr w:rsidR="00A56D94" w:rsidRPr="006F24B8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5727700" cy="7872197"/>
            <wp:effectExtent l="0" t="0" r="6350" b="0"/>
            <wp:docPr id="1" name="Рисунок 1" descr="C:\Users\Администратор\Desktop\Сканы\НОО\ОРКСЭ 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НОО\ОРКСЭ 4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6D94" w:rsidRPr="006F24B8" w:rsidRDefault="00A56D94">
      <w:pPr>
        <w:autoSpaceDE w:val="0"/>
        <w:autoSpaceDN w:val="0"/>
        <w:spacing w:after="78" w:line="220" w:lineRule="exact"/>
        <w:rPr>
          <w:lang w:val="ru-RU"/>
        </w:rPr>
      </w:pPr>
    </w:p>
    <w:p w:rsidR="00025E73" w:rsidRDefault="00025E73" w:rsidP="00987EBB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56D94" w:rsidRDefault="002F4A01" w:rsidP="00987EBB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987EBB" w:rsidRDefault="00987EBB" w:rsidP="00987EBB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87EBB" w:rsidRPr="006F24B8" w:rsidRDefault="00987EBB" w:rsidP="00987EBB">
      <w:pPr>
        <w:autoSpaceDE w:val="0"/>
        <w:autoSpaceDN w:val="0"/>
        <w:spacing w:after="0" w:line="230" w:lineRule="auto"/>
        <w:jc w:val="center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(далее — ФГОС НОО) по ОРКСЭ и обеспечивает содержательную составляющую ФГОС НОО. </w:t>
      </w:r>
    </w:p>
    <w:p w:rsidR="00A56D94" w:rsidRPr="006F24B8" w:rsidRDefault="002F4A01" w:rsidP="0001330E">
      <w:pPr>
        <w:autoSpaceDE w:val="0"/>
        <w:autoSpaceDN w:val="0"/>
        <w:spacing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«ОСНОВЫ РЕЛИГИОЗНЫХ КУЛЬТУР И СВЕТСКОЙ ЭТИКИ»</w:t>
      </w:r>
    </w:p>
    <w:p w:rsidR="00A56D94" w:rsidRPr="006F24B8" w:rsidRDefault="002F4A01" w:rsidP="0001330E">
      <w:pPr>
        <w:autoSpaceDE w:val="0"/>
        <w:autoSpaceDN w:val="0"/>
        <w:spacing w:after="0" w:line="28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i/>
          <w:color w:val="000000"/>
          <w:sz w:val="24"/>
          <w:lang w:val="ru-RU"/>
        </w:rPr>
        <w:t>Планируемые результаты</w:t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достижений, которые приобретает каждый обучающийся, независимо от изучаемого модуля. </w:t>
      </w:r>
    </w:p>
    <w:p w:rsidR="00A56D94" w:rsidRPr="006F24B8" w:rsidRDefault="002F4A01" w:rsidP="0001330E">
      <w:pPr>
        <w:autoSpaceDE w:val="0"/>
        <w:autoSpaceDN w:val="0"/>
        <w:spacing w:before="70" w:after="0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Культурологическая направленность предмета способствует развитию у обучающихся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</w:t>
      </w:r>
    </w:p>
    <w:p w:rsidR="00A56D94" w:rsidRPr="006F24B8" w:rsidRDefault="002F4A01" w:rsidP="0001330E">
      <w:pPr>
        <w:autoSpaceDE w:val="0"/>
        <w:autoSpaceDN w:val="0"/>
        <w:spacing w:before="70" w:after="0" w:line="283" w:lineRule="auto"/>
        <w:ind w:right="5" w:firstLine="567"/>
        <w:jc w:val="both"/>
        <w:rPr>
          <w:lang w:val="ru-RU"/>
        </w:rPr>
      </w:pP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Коммуникативный подход к преподаванию предмета ОРКСЭ предполагает организацию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Деятельностный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A56D94" w:rsidRPr="006F24B8" w:rsidRDefault="002F4A01" w:rsidP="0001330E">
      <w:pPr>
        <w:autoSpaceDE w:val="0"/>
        <w:autoSpaceDN w:val="0"/>
        <w:spacing w:before="70" w:after="0" w:line="288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собственному поведению. Вместе с тем в процессе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обу​чения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A56D94" w:rsidRPr="006F24B8" w:rsidRDefault="002F4A01" w:rsidP="0001330E">
      <w:pPr>
        <w:autoSpaceDE w:val="0"/>
        <w:autoSpaceDN w:val="0"/>
        <w:spacing w:before="262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«ОСНОВЫ РЕЛИГИОЗНЫХ КУЛЬТУР И СВЕТСКОЙ ЭТИКИ»</w:t>
      </w:r>
    </w:p>
    <w:p w:rsidR="00A56D94" w:rsidRPr="006F24B8" w:rsidRDefault="002F4A01" w:rsidP="0001330E">
      <w:pPr>
        <w:autoSpaceDE w:val="0"/>
        <w:autoSpaceDN w:val="0"/>
        <w:spacing w:before="166" w:after="0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Целью ОРКСЭ является формирование у обучающегося мотивации к осознанному нравственному поведению, основанному на знании и уважении культурных и религиозных традиций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многонационального народа России, а также к диалогу с представителями других культур и мировоззрений.</w:t>
      </w:r>
    </w:p>
    <w:p w:rsidR="00A56D94" w:rsidRPr="006F24B8" w:rsidRDefault="002F4A01" w:rsidP="0001330E">
      <w:pPr>
        <w:autoSpaceDE w:val="0"/>
        <w:autoSpaceDN w:val="0"/>
        <w:spacing w:before="70" w:after="0" w:line="230" w:lineRule="auto"/>
        <w:ind w:left="18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Основными задачами ОРКСЭ являются:</w:t>
      </w:r>
    </w:p>
    <w:p w:rsidR="00A56D94" w:rsidRPr="006F24B8" w:rsidRDefault="002F4A01" w:rsidP="0001330E">
      <w:pPr>
        <w:autoSpaceDE w:val="0"/>
        <w:autoSpaceDN w:val="0"/>
        <w:spacing w:before="178" w:after="0" w:line="262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</w:t>
      </w:r>
    </w:p>
    <w:p w:rsidR="00A56D94" w:rsidRPr="006F24B8" w:rsidRDefault="00A56D94" w:rsidP="0001330E">
      <w:pPr>
        <w:ind w:right="5" w:firstLine="567"/>
        <w:jc w:val="both"/>
        <w:rPr>
          <w:lang w:val="ru-RU"/>
        </w:rPr>
        <w:sectPr w:rsidR="00A56D94" w:rsidRPr="006F24B8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Pr="006F24B8" w:rsidRDefault="00A56D94" w:rsidP="0001330E">
      <w:pPr>
        <w:autoSpaceDE w:val="0"/>
        <w:autoSpaceDN w:val="0"/>
        <w:spacing w:after="66" w:line="220" w:lineRule="exact"/>
        <w:ind w:right="5" w:firstLine="567"/>
        <w:jc w:val="both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3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(законных представителей);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развитие представлений обучающихся о значении нравственных норм и ценностей в жизни личности, семьи, общества;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обобщение знаний, понятий и представлений о духовной культуре и морали, ранее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A56D94" w:rsidRPr="006F24B8" w:rsidRDefault="002F4A01" w:rsidP="0001330E">
      <w:pPr>
        <w:autoSpaceDE w:val="0"/>
        <w:autoSpaceDN w:val="0"/>
        <w:spacing w:before="238" w:after="0" w:line="283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обучающихся к общению в полиэтничной, разномировоззренческой и многоконфессиональной среде на основе взаимного уважения и диалога. Основной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методологический принцип реализации ОРКСЭ — культурологический подход, способствующий формированию у младших школьников первоначальных представлений о культуре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A56D94" w:rsidRPr="006F24B8" w:rsidRDefault="002F4A01" w:rsidP="0001330E">
      <w:pPr>
        <w:autoSpaceDE w:val="0"/>
        <w:autoSpaceDN w:val="0"/>
        <w:spacing w:before="322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«ОСНОВЫ РЕЛИГИОЗНЫХ КУЛЬТУР И СВЕТСКОЙ ЭТИКИ» В УЧЕБНОМ ПЛАНЕ</w:t>
      </w:r>
    </w:p>
    <w:p w:rsidR="00A56D94" w:rsidRDefault="002F4A01" w:rsidP="0001330E">
      <w:pPr>
        <w:tabs>
          <w:tab w:val="left" w:pos="180"/>
        </w:tabs>
        <w:autoSpaceDE w:val="0"/>
        <w:autoSpaceDN w:val="0"/>
        <w:spacing w:before="166" w:after="0" w:line="262" w:lineRule="auto"/>
        <w:ind w:right="5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6F24B8">
        <w:rPr>
          <w:lang w:val="ru-RU"/>
        </w:rPr>
        <w:tab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"Основы религиозных культур и светской этики" изучается в 4 классе один час в неделе,</w:t>
      </w:r>
      <w:r w:rsidR="00987EBB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общий объем составляет 34 часа</w:t>
      </w:r>
    </w:p>
    <w:p w:rsidR="00987EBB" w:rsidRDefault="00987EBB" w:rsidP="0001330E">
      <w:pPr>
        <w:tabs>
          <w:tab w:val="left" w:pos="180"/>
        </w:tabs>
        <w:autoSpaceDE w:val="0"/>
        <w:autoSpaceDN w:val="0"/>
        <w:spacing w:before="166" w:after="0" w:line="262" w:lineRule="auto"/>
        <w:ind w:right="5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987EBB" w:rsidRPr="006F24B8" w:rsidRDefault="00987EBB" w:rsidP="0001330E">
      <w:pPr>
        <w:autoSpaceDE w:val="0"/>
        <w:autoSpaceDN w:val="0"/>
        <w:spacing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987EBB" w:rsidRPr="006F24B8" w:rsidRDefault="00987EBB" w:rsidP="0001330E">
      <w:pPr>
        <w:tabs>
          <w:tab w:val="left" w:pos="180"/>
        </w:tabs>
        <w:autoSpaceDE w:val="0"/>
        <w:autoSpaceDN w:val="0"/>
        <w:spacing w:before="346" w:after="0" w:line="271" w:lineRule="auto"/>
        <w:ind w:right="5" w:firstLine="567"/>
        <w:jc w:val="both"/>
        <w:rPr>
          <w:lang w:val="ru-RU"/>
        </w:rPr>
      </w:pPr>
      <w:r w:rsidRPr="006F24B8">
        <w:rPr>
          <w:lang w:val="ru-RU"/>
        </w:rPr>
        <w:tab/>
      </w: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«ОСНОВЫ СВЕТСКОЙ ЭТИКИ»</w:t>
      </w:r>
      <w:r w:rsidRPr="006F24B8">
        <w:rPr>
          <w:lang w:val="ru-RU"/>
        </w:rPr>
        <w:br/>
      </w:r>
      <w:r w:rsidRPr="006F24B8">
        <w:rPr>
          <w:lang w:val="ru-RU"/>
        </w:rPr>
        <w:tab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Россия — наша Родина. Культура и религия. Этика и её значение в жизни человека. Праздники как одна из форм исторической памяти. Образцы нравственности в культурах разных народов.</w:t>
      </w:r>
    </w:p>
    <w:p w:rsidR="00987EBB" w:rsidRPr="006F24B8" w:rsidRDefault="00987EBB" w:rsidP="0001330E">
      <w:pPr>
        <w:autoSpaceDE w:val="0"/>
        <w:autoSpaceDN w:val="0"/>
        <w:spacing w:before="70"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принципы морали. Методика создания морального кодекса в школе.</w:t>
      </w:r>
    </w:p>
    <w:p w:rsidR="00987EBB" w:rsidRPr="006F24B8" w:rsidRDefault="00987EBB" w:rsidP="0001330E">
      <w:pPr>
        <w:autoSpaceDE w:val="0"/>
        <w:autoSpaceDN w:val="0"/>
        <w:spacing w:before="70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Нормы морали. Этикет. Образование как нравственная норма. Методы нравственного самосовершенствования.</w:t>
      </w:r>
    </w:p>
    <w:p w:rsidR="00987EBB" w:rsidRPr="006F24B8" w:rsidRDefault="00987EBB" w:rsidP="0001330E">
      <w:pPr>
        <w:tabs>
          <w:tab w:val="left" w:pos="180"/>
        </w:tabs>
        <w:autoSpaceDE w:val="0"/>
        <w:autoSpaceDN w:val="0"/>
        <w:spacing w:before="72" w:after="0" w:line="262" w:lineRule="auto"/>
        <w:ind w:right="5" w:firstLine="567"/>
        <w:jc w:val="both"/>
        <w:rPr>
          <w:lang w:val="ru-RU"/>
        </w:rPr>
        <w:sectPr w:rsidR="00987EBB" w:rsidRPr="006F24B8">
          <w:pgSz w:w="11900" w:h="16840"/>
          <w:pgMar w:top="286" w:right="724" w:bottom="1440" w:left="666" w:header="720" w:footer="720" w:gutter="0"/>
          <w:cols w:space="720" w:equalWidth="0">
            <w:col w:w="10510" w:space="0"/>
          </w:cols>
          <w:docGrid w:linePitch="360"/>
        </w:sectPr>
      </w:pPr>
      <w:r w:rsidRPr="006F24B8">
        <w:rPr>
          <w:lang w:val="ru-RU"/>
        </w:rPr>
        <w:tab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A56D94" w:rsidRPr="006F24B8" w:rsidRDefault="00A56D94" w:rsidP="0001330E">
      <w:pPr>
        <w:autoSpaceDE w:val="0"/>
        <w:autoSpaceDN w:val="0"/>
        <w:spacing w:after="0" w:line="220" w:lineRule="exact"/>
        <w:ind w:right="5" w:firstLine="567"/>
        <w:jc w:val="both"/>
        <w:rPr>
          <w:lang w:val="ru-RU"/>
        </w:rPr>
      </w:pPr>
    </w:p>
    <w:p w:rsidR="00987EBB" w:rsidRDefault="00987EBB" w:rsidP="0001330E">
      <w:pPr>
        <w:autoSpaceDE w:val="0"/>
        <w:autoSpaceDN w:val="0"/>
        <w:spacing w:after="0" w:line="240" w:lineRule="auto"/>
        <w:ind w:right="5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87EBB" w:rsidRDefault="00987EBB" w:rsidP="0001330E">
      <w:pPr>
        <w:autoSpaceDE w:val="0"/>
        <w:autoSpaceDN w:val="0"/>
        <w:spacing w:after="0" w:line="240" w:lineRule="auto"/>
        <w:ind w:right="5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987EBB" w:rsidRDefault="002F4A01" w:rsidP="0001330E">
      <w:pPr>
        <w:autoSpaceDE w:val="0"/>
        <w:autoSpaceDN w:val="0"/>
        <w:spacing w:before="346" w:after="0" w:line="24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понимать основы российской гражданской идентичности, испытывать чувство гордости за свою Родину;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национальную и гражданскую самоидентичность, осознавать свою этническую и национальную принадлежность;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гуманистических и демократических ценностных ориентаций; осознавать ценность человеческой жизни;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нравственных норм и ценностей как условия жизни личности, семьи, общества;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право гражданина РФ исповедовать любую традиционную религию или не исповедовать никакой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ре​лигии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оскорб​</w:t>
      </w:r>
      <w:r w:rsidRPr="006F24B8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ляющих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других людей;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понимать необходимость бережного отношения к материальным и духовным ценностям.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формировать умения планировать, контролировать и оценивать учебные действия в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соответствии с поставленной задачей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420" w:right="5" w:firstLine="567"/>
        <w:jc w:val="both"/>
        <w:rPr>
          <w:lang w:val="ru-RU"/>
        </w:rPr>
        <w:sectPr w:rsidR="00A56D94" w:rsidRPr="006F24B8">
          <w:pgSz w:w="11900" w:h="16840"/>
          <w:pgMar w:top="298" w:right="650" w:bottom="402" w:left="666" w:header="720" w:footer="720" w:gutter="0"/>
          <w:cols w:space="720" w:equalWidth="0">
            <w:col w:w="10584" w:space="0"/>
          </w:cols>
          <w:docGrid w:linePitch="360"/>
        </w:sect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</w:t>
      </w:r>
    </w:p>
    <w:p w:rsidR="00A56D94" w:rsidRDefault="00A56D94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</w:p>
    <w:p w:rsidR="00987EBB" w:rsidRDefault="00987EBB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</w:p>
    <w:p w:rsidR="00987EBB" w:rsidRPr="006F24B8" w:rsidRDefault="00987EBB" w:rsidP="0001330E">
      <w:pPr>
        <w:autoSpaceDE w:val="0"/>
        <w:autoSpaceDN w:val="0"/>
        <w:spacing w:after="0" w:line="240" w:lineRule="auto"/>
        <w:ind w:right="5" w:firstLine="567"/>
        <w:jc w:val="both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коммуникационных технологий для решения различных коммуникативных и познавательных задач;</w:t>
      </w:r>
    </w:p>
    <w:p w:rsidR="00A56D94" w:rsidRPr="006F24B8" w:rsidRDefault="002F4A01" w:rsidP="0001330E">
      <w:pPr>
        <w:autoSpaceDE w:val="0"/>
        <w:autoSpaceDN w:val="0"/>
        <w:spacing w:before="238"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A56D94" w:rsidRPr="006F24B8" w:rsidRDefault="002F4A01" w:rsidP="0001330E">
      <w:pPr>
        <w:autoSpaceDE w:val="0"/>
        <w:autoSpaceDN w:val="0"/>
        <w:spacing w:before="238"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A56D94" w:rsidRPr="006F24B8" w:rsidRDefault="002F4A01" w:rsidP="0001330E">
      <w:pPr>
        <w:autoSpaceDE w:val="0"/>
        <w:autoSpaceDN w:val="0"/>
        <w:spacing w:before="238"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овладевать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A56D94" w:rsidRPr="006F24B8" w:rsidRDefault="002F4A01" w:rsidP="0001330E">
      <w:pPr>
        <w:autoSpaceDE w:val="0"/>
        <w:autoSpaceDN w:val="0"/>
        <w:spacing w:before="240"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987EBB" w:rsidRDefault="002F4A01" w:rsidP="0001330E">
      <w:pPr>
        <w:autoSpaceDE w:val="0"/>
        <w:autoSpaceDN w:val="0"/>
        <w:spacing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987EBB" w:rsidRDefault="002F4A01" w:rsidP="0001330E">
      <w:pPr>
        <w:autoSpaceDE w:val="0"/>
        <w:autoSpaceDN w:val="0"/>
        <w:spacing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Познавательные УУД:</w:t>
      </w:r>
    </w:p>
    <w:p w:rsidR="00A56D94" w:rsidRPr="006F24B8" w:rsidRDefault="002F4A01" w:rsidP="0001330E">
      <w:pPr>
        <w:autoSpaceDE w:val="0"/>
        <w:autoSpaceDN w:val="0"/>
        <w:spacing w:after="0" w:line="240" w:lineRule="auto"/>
        <w:ind w:left="240" w:right="5" w:firstLine="567"/>
        <w:jc w:val="both"/>
        <w:rPr>
          <w:lang w:val="ru-RU"/>
        </w:rPr>
      </w:pP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понятиях, отражающих нравственные ценности общества — мораль, этика, этикет, справедливость, гуманизм, благотворительность, а также используемых в разных религиях (в пределах изученного);</w:t>
      </w:r>
      <w:proofErr w:type="gramEnd"/>
    </w:p>
    <w:p w:rsidR="00A56D94" w:rsidRPr="006F24B8" w:rsidRDefault="002F4A01" w:rsidP="0001330E">
      <w:pPr>
        <w:autoSpaceDE w:val="0"/>
        <w:autoSpaceDN w:val="0"/>
        <w:spacing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A56D94" w:rsidRPr="006F24B8" w:rsidRDefault="002F4A01" w:rsidP="0001330E">
      <w:pPr>
        <w:autoSpaceDE w:val="0"/>
        <w:autoSpaceDN w:val="0"/>
        <w:spacing w:after="0" w:line="262" w:lineRule="auto"/>
        <w:ind w:left="144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A56D94" w:rsidRPr="006F24B8" w:rsidRDefault="002F4A01" w:rsidP="0001330E">
      <w:pPr>
        <w:autoSpaceDE w:val="0"/>
        <w:autoSpaceDN w:val="0"/>
        <w:spacing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A56D94" w:rsidRPr="006F24B8" w:rsidRDefault="002F4A01" w:rsidP="0001330E">
      <w:pPr>
        <w:autoSpaceDE w:val="0"/>
        <w:autoSpaceDN w:val="0"/>
        <w:spacing w:after="0" w:line="23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A56D94" w:rsidRPr="006F24B8" w:rsidRDefault="002F4A01" w:rsidP="0001330E">
      <w:pPr>
        <w:autoSpaceDE w:val="0"/>
        <w:autoSpaceDN w:val="0"/>
        <w:spacing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A56D94" w:rsidRPr="006F24B8" w:rsidRDefault="002F4A01" w:rsidP="0001330E">
      <w:pPr>
        <w:autoSpaceDE w:val="0"/>
        <w:autoSpaceDN w:val="0"/>
        <w:spacing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A56D94" w:rsidRPr="006F24B8" w:rsidRDefault="002F4A01" w:rsidP="0001330E">
      <w:pPr>
        <w:autoSpaceDE w:val="0"/>
        <w:autoSpaceDN w:val="0"/>
        <w:spacing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A56D94" w:rsidRPr="006F24B8" w:rsidRDefault="002F4A01" w:rsidP="0001330E">
      <w:pPr>
        <w:autoSpaceDE w:val="0"/>
        <w:autoSpaceDN w:val="0"/>
        <w:spacing w:after="0" w:line="23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дополнительную информацию к основному учебному материалу в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разных</w:t>
      </w:r>
      <w:proofErr w:type="gramEnd"/>
    </w:p>
    <w:p w:rsidR="00A56D94" w:rsidRPr="006F24B8" w:rsidRDefault="00A56D94" w:rsidP="0001330E">
      <w:pPr>
        <w:ind w:right="5" w:firstLine="567"/>
        <w:jc w:val="both"/>
        <w:rPr>
          <w:lang w:val="ru-RU"/>
        </w:rPr>
        <w:sectPr w:rsidR="00A56D94" w:rsidRPr="006F24B8">
          <w:pgSz w:w="11900" w:h="16840"/>
          <w:pgMar w:top="286" w:right="694" w:bottom="438" w:left="846" w:header="720" w:footer="720" w:gutter="0"/>
          <w:cols w:space="720" w:equalWidth="0">
            <w:col w:w="10360" w:space="0"/>
          </w:cols>
          <w:docGrid w:linePitch="360"/>
        </w:sectPr>
      </w:pPr>
    </w:p>
    <w:p w:rsidR="00A56D94" w:rsidRPr="006F24B8" w:rsidRDefault="00A56D94" w:rsidP="0001330E">
      <w:pPr>
        <w:autoSpaceDE w:val="0"/>
        <w:autoSpaceDN w:val="0"/>
        <w:spacing w:after="66" w:line="220" w:lineRule="exact"/>
        <w:ind w:right="5" w:firstLine="567"/>
        <w:jc w:val="both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30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информационных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источниках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, в том числе в Интернете (в условиях контролируемого входа);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A56D94" w:rsidRPr="006F24B8" w:rsidRDefault="002F4A01" w:rsidP="0001330E">
      <w:pPr>
        <w:autoSpaceDE w:val="0"/>
        <w:autoSpaceDN w:val="0"/>
        <w:spacing w:before="730"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Коммуникативные УУД:</w:t>
      </w:r>
    </w:p>
    <w:p w:rsidR="00A56D94" w:rsidRPr="006F24B8" w:rsidRDefault="002F4A01" w:rsidP="0001330E">
      <w:pPr>
        <w:autoSpaceDE w:val="0"/>
        <w:autoSpaceDN w:val="0"/>
        <w:spacing w:before="370" w:after="0" w:line="271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A56D94" w:rsidRPr="006F24B8" w:rsidRDefault="002F4A01" w:rsidP="0001330E">
      <w:pPr>
        <w:autoSpaceDE w:val="0"/>
        <w:autoSpaceDN w:val="0"/>
        <w:spacing w:before="240" w:after="0" w:line="271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ведения диалога и дискуссии; корректно задавать вопросы и высказывать своё мнение; проявлять уважительное отношение к собеседнику с учётом особенностей участников общения;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A56D94" w:rsidRPr="006F24B8" w:rsidRDefault="002F4A01" w:rsidP="0001330E">
      <w:pPr>
        <w:autoSpaceDE w:val="0"/>
        <w:autoSpaceDN w:val="0"/>
        <w:spacing w:before="730"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Регулятивные УУД:</w:t>
      </w:r>
    </w:p>
    <w:p w:rsidR="00A56D94" w:rsidRPr="006F24B8" w:rsidRDefault="002F4A01" w:rsidP="0001330E">
      <w:pPr>
        <w:autoSpaceDE w:val="0"/>
        <w:autoSpaceDN w:val="0"/>
        <w:spacing w:before="370" w:after="0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предупреждения;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изменять себя, оценивать свои поступки, ориентируясь на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A56D94" w:rsidRPr="006F24B8" w:rsidRDefault="002F4A01" w:rsidP="0001330E">
      <w:pPr>
        <w:autoSpaceDE w:val="0"/>
        <w:autoSpaceDN w:val="0"/>
        <w:spacing w:before="240" w:after="0" w:line="271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выражать своё отношение к анализируемым событиям, поступкам, действиям: одобрять нравственные нормы поведения; осуждать проявление несправедливости, жадности, нечестности, зла;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A56D94" w:rsidRPr="006F24B8" w:rsidRDefault="002F4A01" w:rsidP="0001330E">
      <w:pPr>
        <w:autoSpaceDE w:val="0"/>
        <w:autoSpaceDN w:val="0"/>
        <w:spacing w:before="730"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Совместная деятельность:</w:t>
      </w:r>
    </w:p>
    <w:p w:rsidR="00A56D94" w:rsidRPr="006F24B8" w:rsidRDefault="002F4A01" w:rsidP="0001330E">
      <w:pPr>
        <w:autoSpaceDE w:val="0"/>
        <w:autoSpaceDN w:val="0"/>
        <w:spacing w:before="370" w:after="0" w:line="271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24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A56D94" w:rsidRPr="006F24B8" w:rsidRDefault="00A56D94" w:rsidP="0001330E">
      <w:pPr>
        <w:ind w:right="5" w:firstLine="567"/>
        <w:jc w:val="both"/>
        <w:rPr>
          <w:lang w:val="ru-RU"/>
        </w:rPr>
        <w:sectPr w:rsidR="00A56D94" w:rsidRPr="006F24B8">
          <w:pgSz w:w="11900" w:h="16840"/>
          <w:pgMar w:top="286" w:right="712" w:bottom="512" w:left="846" w:header="720" w:footer="720" w:gutter="0"/>
          <w:cols w:space="720" w:equalWidth="0">
            <w:col w:w="10342" w:space="0"/>
          </w:cols>
          <w:docGrid w:linePitch="360"/>
        </w:sectPr>
      </w:pPr>
    </w:p>
    <w:p w:rsidR="00A56D94" w:rsidRPr="006F24B8" w:rsidRDefault="00A56D94" w:rsidP="0001330E">
      <w:pPr>
        <w:autoSpaceDE w:val="0"/>
        <w:autoSpaceDN w:val="0"/>
        <w:spacing w:after="108" w:line="220" w:lineRule="exact"/>
        <w:ind w:right="5" w:firstLine="567"/>
        <w:jc w:val="both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62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готовить индивидуально, в парах, в группах сообщения по изученному и дополнительному материалу с иллюстративным материалом и видеопрезентацией.</w:t>
      </w:r>
    </w:p>
    <w:p w:rsidR="00A56D94" w:rsidRPr="006F24B8" w:rsidRDefault="002F4A01" w:rsidP="0001330E">
      <w:pPr>
        <w:autoSpaceDE w:val="0"/>
        <w:autoSpaceDN w:val="0"/>
        <w:spacing w:before="322" w:after="0" w:line="230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A56D94" w:rsidRPr="006F24B8" w:rsidRDefault="002F4A01" w:rsidP="0001330E">
      <w:pPr>
        <w:tabs>
          <w:tab w:val="left" w:pos="180"/>
        </w:tabs>
        <w:autoSpaceDE w:val="0"/>
        <w:autoSpaceDN w:val="0"/>
        <w:spacing w:before="310" w:after="0" w:line="262" w:lineRule="auto"/>
        <w:ind w:right="5" w:firstLine="567"/>
        <w:jc w:val="both"/>
        <w:rPr>
          <w:lang w:val="ru-RU"/>
        </w:rPr>
      </w:pPr>
      <w:r w:rsidRPr="006F24B8">
        <w:rPr>
          <w:lang w:val="ru-RU"/>
        </w:rPr>
        <w:tab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образовательной программы модуля «Основы светской этики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»д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олжны отражать сформированность умений:</w:t>
      </w:r>
    </w:p>
    <w:p w:rsidR="00A56D94" w:rsidRPr="006F24B8" w:rsidRDefault="002F4A01" w:rsidP="0001330E">
      <w:pPr>
        <w:autoSpaceDE w:val="0"/>
        <w:autoSpaceDN w:val="0"/>
        <w:spacing w:before="370" w:after="0" w:line="271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A56D94" w:rsidRPr="006F24B8" w:rsidRDefault="002F4A01" w:rsidP="0001330E">
      <w:pPr>
        <w:autoSpaceDE w:val="0"/>
        <w:autoSpaceDN w:val="0"/>
        <w:spacing w:before="240" w:after="0" w:line="262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A56D94" w:rsidRPr="006F24B8" w:rsidRDefault="002F4A01" w:rsidP="0001330E">
      <w:pPr>
        <w:autoSpaceDE w:val="0"/>
        <w:autoSpaceDN w:val="0"/>
        <w:spacing w:before="238" w:after="0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традиционных духовных ценностях, конституционных правах, свободах и обязанностях человека и гражданина в России;</w:t>
      </w:r>
    </w:p>
    <w:p w:rsidR="00A56D94" w:rsidRPr="006F24B8" w:rsidRDefault="002F4A01" w:rsidP="0001330E">
      <w:pPr>
        <w:autoSpaceDE w:val="0"/>
        <w:autoSpaceDN w:val="0"/>
        <w:spacing w:before="238" w:after="0" w:line="281" w:lineRule="auto"/>
        <w:ind w:left="420" w:right="5" w:firstLine="567"/>
        <w:jc w:val="both"/>
        <w:rPr>
          <w:lang w:val="ru-RU"/>
        </w:rPr>
      </w:pP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A56D94" w:rsidRPr="006F24B8" w:rsidRDefault="002F4A01" w:rsidP="0001330E">
      <w:pPr>
        <w:autoSpaceDE w:val="0"/>
        <w:autoSpaceDN w:val="0"/>
        <w:spacing w:before="240" w:after="0" w:line="262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A56D94" w:rsidRPr="006F24B8" w:rsidRDefault="002F4A01" w:rsidP="0001330E">
      <w:pPr>
        <w:autoSpaceDE w:val="0"/>
        <w:autoSpaceDN w:val="0"/>
        <w:spacing w:before="240" w:after="0" w:line="281" w:lineRule="auto"/>
        <w:ind w:left="420"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A56D94" w:rsidRPr="006F24B8" w:rsidRDefault="002F4A01" w:rsidP="0001330E">
      <w:pPr>
        <w:autoSpaceDE w:val="0"/>
        <w:autoSpaceDN w:val="0"/>
        <w:spacing w:before="238" w:after="0" w:line="281" w:lineRule="auto"/>
        <w:ind w:left="420" w:right="5" w:firstLine="567"/>
        <w:jc w:val="both"/>
        <w:rPr>
          <w:lang w:val="ru-RU"/>
        </w:rPr>
      </w:pP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  <w:proofErr w:type="gramEnd"/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left="420" w:right="5" w:firstLine="567"/>
        <w:jc w:val="both"/>
        <w:rPr>
          <w:lang w:val="ru-RU"/>
        </w:rPr>
      </w:pP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понимания семьи, отношений в семье на основе российских традиционных духовных ценностей (семья — союз мужчины и женщины на основе взаимной</w:t>
      </w:r>
      <w:proofErr w:type="gramEnd"/>
    </w:p>
    <w:p w:rsidR="00A56D94" w:rsidRPr="006F24B8" w:rsidRDefault="00A56D94" w:rsidP="0001330E">
      <w:pPr>
        <w:ind w:right="5" w:firstLine="567"/>
        <w:jc w:val="both"/>
        <w:rPr>
          <w:lang w:val="ru-RU"/>
        </w:rPr>
        <w:sectPr w:rsidR="00A56D94" w:rsidRPr="006F24B8">
          <w:pgSz w:w="11900" w:h="16840"/>
          <w:pgMar w:top="328" w:right="740" w:bottom="42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A56D94" w:rsidRPr="006F24B8" w:rsidRDefault="00A56D94" w:rsidP="0001330E">
      <w:pPr>
        <w:autoSpaceDE w:val="0"/>
        <w:autoSpaceDN w:val="0"/>
        <w:spacing w:after="66" w:line="220" w:lineRule="exact"/>
        <w:ind w:right="5" w:firstLine="567"/>
        <w:jc w:val="both"/>
        <w:rPr>
          <w:lang w:val="ru-RU"/>
        </w:rPr>
      </w:pPr>
    </w:p>
    <w:p w:rsidR="00A56D94" w:rsidRPr="006F24B8" w:rsidRDefault="002F4A01" w:rsidP="0001330E">
      <w:pPr>
        <w:autoSpaceDE w:val="0"/>
        <w:autoSpaceDN w:val="0"/>
        <w:spacing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</w:t>
      </w:r>
      <w:proofErr w:type="gramStart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рос​сийском</w:t>
      </w:r>
      <w:proofErr w:type="gramEnd"/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обществе, законных интересов и прав людей, сограждан;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A56D94" w:rsidRPr="006F24B8" w:rsidRDefault="002F4A01" w:rsidP="0001330E">
      <w:pPr>
        <w:autoSpaceDE w:val="0"/>
        <w:autoSpaceDN w:val="0"/>
        <w:spacing w:before="240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объяснять своими словами роль светской (гражданской) этики в становлении российской государственности;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A56D94" w:rsidRPr="006F24B8" w:rsidRDefault="002F4A01" w:rsidP="0001330E">
      <w:pPr>
        <w:autoSpaceDE w:val="0"/>
        <w:autoSpaceDN w:val="0"/>
        <w:spacing w:before="238" w:after="0" w:line="27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A56D94" w:rsidRPr="006F24B8" w:rsidRDefault="002F4A01" w:rsidP="0001330E">
      <w:pPr>
        <w:autoSpaceDE w:val="0"/>
        <w:autoSpaceDN w:val="0"/>
        <w:spacing w:before="238" w:after="0" w:line="281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(приводить примеры), понимание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российского общенародного (общенационального, гражданского) патриотизма, любви к Отечеству, нашей общей Родине — России; приводить примеры сотрудничества последователей традиционных религий;</w:t>
      </w:r>
    </w:p>
    <w:p w:rsidR="00A56D94" w:rsidRPr="006F24B8" w:rsidRDefault="002F4A01" w:rsidP="0001330E">
      <w:pPr>
        <w:autoSpaceDE w:val="0"/>
        <w:autoSpaceDN w:val="0"/>
        <w:spacing w:before="240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A56D94" w:rsidRPr="006F24B8" w:rsidRDefault="002F4A01" w:rsidP="0001330E">
      <w:pPr>
        <w:autoSpaceDE w:val="0"/>
        <w:autoSpaceDN w:val="0"/>
        <w:spacing w:before="238" w:after="0" w:line="262" w:lineRule="auto"/>
        <w:ind w:right="5" w:firstLine="567"/>
        <w:jc w:val="both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A56D94" w:rsidRPr="006F24B8" w:rsidRDefault="00A56D94">
      <w:pPr>
        <w:rPr>
          <w:lang w:val="ru-RU"/>
        </w:rPr>
        <w:sectPr w:rsidR="00A56D94" w:rsidRPr="006F24B8">
          <w:pgSz w:w="11900" w:h="16840"/>
          <w:pgMar w:top="286" w:right="744" w:bottom="1440" w:left="1086" w:header="720" w:footer="720" w:gutter="0"/>
          <w:cols w:space="720" w:equalWidth="0">
            <w:col w:w="10069" w:space="0"/>
          </w:cols>
          <w:docGrid w:linePitch="360"/>
        </w:sectPr>
      </w:pPr>
    </w:p>
    <w:p w:rsidR="00A56D94" w:rsidRPr="006F24B8" w:rsidRDefault="00A56D94">
      <w:pPr>
        <w:autoSpaceDE w:val="0"/>
        <w:autoSpaceDN w:val="0"/>
        <w:spacing w:after="64" w:line="220" w:lineRule="exact"/>
        <w:rPr>
          <w:lang w:val="ru-RU"/>
        </w:rPr>
      </w:pPr>
    </w:p>
    <w:p w:rsidR="00A56D94" w:rsidRDefault="002F4A0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66"/>
        <w:gridCol w:w="528"/>
        <w:gridCol w:w="1104"/>
        <w:gridCol w:w="1142"/>
        <w:gridCol w:w="864"/>
        <w:gridCol w:w="5812"/>
        <w:gridCol w:w="1236"/>
        <w:gridCol w:w="1382"/>
      </w:tblGrid>
      <w:tr w:rsidR="00A56D94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A56D94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</w:tr>
      <w:tr w:rsidR="00A56D9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Основы светской этики</w:t>
            </w:r>
          </w:p>
        </w:tc>
      </w:tr>
      <w:tr w:rsidR="00A56D94">
        <w:trPr>
          <w:trHeight w:hRule="exact" w:val="131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Россия — наша Родина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2E57B0" w:rsidRDefault="002E57B0">
            <w:pPr>
              <w:autoSpaceDE w:val="0"/>
              <w:autoSpaceDN w:val="0"/>
              <w:spacing w:before="76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8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ключевые понятия учебной темы в устной и письменной речи, применять их при анализе и оценке явлений и фактов действительности; рассказывать о роли культурных традиций в жизни народов России, о значении культурных традиций в жизни человека, семьи, народа, общества;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проверять себя и самостоятельно оценивать свои достижения;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единения народов России (например, праздники);</w:t>
            </w:r>
            <w:proofErr w:type="gramEnd"/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Этика и её значение в жизни человека. Нормы морали. Нравственные ценности, идеалы, принципы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2E57B0" w:rsidRDefault="002E57B0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основные понятия темы в устной и письменной речи, рассматривать иллюстративный материал, соотносить текст с иллюстрациями;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небольшой текст-рассуждение на темы добра и зла, моральных ценностей, идеалов;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суждения оценочного характера о значении нравственности в жизни человека, семьи, народа, общества, государства;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рассуждать о возможности и необходимости соблюдения нравственных норм в жизни человека, общества, раскрывать понимание «золотого правила этики»;</w:t>
            </w:r>
            <w:proofErr w:type="gramEnd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размышлять и рассуждать на морально-этические темы;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Государство и мораль гражданина.</w:t>
            </w:r>
          </w:p>
          <w:p w:rsidR="00A56D94" w:rsidRPr="006F24B8" w:rsidRDefault="002F4A01">
            <w:pPr>
              <w:autoSpaceDE w:val="0"/>
              <w:autoSpaceDN w:val="0"/>
              <w:spacing w:before="20" w:after="0" w:line="250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Основной Закон (Конституция) в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государстве как источник российской гражданской этики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2E57B0" w:rsidRDefault="002E57B0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понимать учебный текст, объяснять </w:t>
            </w: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зна​чение</w:t>
            </w:r>
            <w:proofErr w:type="gramEnd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 (терминов и понятий) с опорой на текст учебника;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выражать понимание нравственного долга и ответственности человека в российском обществе, государстве;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российской гражданской этике как общепринятых в российском обществе нормах морали, отношений и поведения людей, основанных на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конституционных правах, свободах, обязанностях человека;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основное содержание норм российской гражданской этики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(справедливость, ответственность, ценность и достоинство человеческой жизни, взаимоуважение, уважение к старшим, к труду, свобода совести, свобода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вероисповедания, забота о природе, историческом и культурном наследии и др.); использовать систему условных обозначений при выполнении заданий;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Образцы нравственности в культуре Отечества, народов России.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Природа и человек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2E57B0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 w:rsidR="00102F6C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</w:t>
            </w:r>
            <w:r w:rsidR="00102F6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  <w:r w:rsidR="00102F6C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.12.202</w:t>
            </w:r>
            <w:r w:rsidR="00102F6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необходимости соблюдения нравственных норм жизни в обществе; рассуждать о нравственных нормах на примерах образцов поведения людей, исторических и литературных героев, защитников Отечества в истории России и современности;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возможности и необходимости бережного отношения к природе и личной ответственности за это каждого человека;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необходимой информации для выполнения заданий;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13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как одна из форм исторической памяти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.01.202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праздников как одной из форм исторической памяти народа, общества, их значение для укрепления единства народа, общества;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российских праздниках (государственные, народные, религиозные, семейные), День народного единства, День защитников Отечества и др., о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праздниках в своём регионе, местности проживания;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необходимой информации для выполнения заданий;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6840" w:h="11900"/>
          <w:pgMar w:top="282" w:right="640" w:bottom="35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966"/>
        <w:gridCol w:w="528"/>
        <w:gridCol w:w="1104"/>
        <w:gridCol w:w="1142"/>
        <w:gridCol w:w="864"/>
        <w:gridCol w:w="5812"/>
        <w:gridCol w:w="1236"/>
        <w:gridCol w:w="1382"/>
      </w:tblGrid>
      <w:tr w:rsidR="00A56D9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Семейные ценности. Этика семейных отношений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основное содержание понимания семьи, отношений в семье на основе взаимной любви и уважения, любовь и забота родителей о детях; любовь и забота детей о нуждающихся в помощи родителях; уважение старших;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семейных традициях народов России, приводить примеры;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45" w:lineRule="auto"/>
              <w:ind w:right="576"/>
              <w:jc w:val="center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Трудовая мораль. Нравственные традиции предпринимательства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прочитанное с точки зрения полученных ранее знаний;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трудовой морали, нравственных традициях трудовой деятельности, предпринимательства в России, приводить примеры;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слов (терминов и понятий) с опорой на учебный текст;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50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значит быть нравственным в наше время.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Методы 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самосовершенствования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.03.202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выражать своими словами понятия урока;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нравственных поступков, оценивать поступки свои и других людей;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нравственные нормы с анализом личного опыта поведения;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небольшой текст-рассуждение на тему «Образцы нравственного поведения людей в современной жизни»;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Этикет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54" w:lineRule="auto"/>
              <w:ind w:left="72" w:right="432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размышлять и рассуждать на темы правил поведения в обществе;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нравственные нормы и правила этикета, приводить примеры; объяснять взаимосвязь этики и этикета, целесообразность правил этикета; рассказывать о правилах этикета в разных жизненных ситуациях, приводить примеры, использовать народные пословицы и поговорки;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обосновывать необходимость соблюдения правил этикета в разных ситуациях; осуществлять поиск необходимой информации для выполнения заданий;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Любовь и уважение к Отечеству.</w:t>
            </w:r>
          </w:p>
          <w:p w:rsidR="00A56D94" w:rsidRPr="006F24B8" w:rsidRDefault="002F4A0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Патриотизм многонационального и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многоконфессионального народа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.05.202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закреплять и систематизировать представления о российской светской этике, духовно-нравственной культуре многонационального народа России, их значении в жизни человека, семьи, российского общества;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понятия «патриотизм», «Отечество», «многонациональный народ России», «служение», соотносить определения с понятиями, делать выводы; использовать основные понятия темы в устной и письменной речи;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</w:p>
        </w:tc>
      </w:tr>
      <w:tr w:rsidR="00A56D94">
        <w:trPr>
          <w:trHeight w:hRule="exact" w:val="520"/>
        </w:trPr>
        <w:tc>
          <w:tcPr>
            <w:tcW w:w="3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9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A56D94"/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78" w:line="220" w:lineRule="exact"/>
      </w:pPr>
    </w:p>
    <w:p w:rsidR="00A56D94" w:rsidRDefault="002F4A0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A56D94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A56D94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4" w:rsidRDefault="00A56D94"/>
        </w:tc>
      </w:tr>
      <w:tr w:rsidR="00A56D9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 — наша Родина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 w:rsidRPr="00394BFA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F24B8">
              <w:rPr>
                <w:lang w:val="ru-RU"/>
              </w:rPr>
              <w:br/>
            </w:r>
            <w:proofErr w:type="spellStart"/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1900" w:h="16840"/>
          <w:pgMar w:top="298" w:right="650" w:bottom="4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Государство и мораль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гражданина. Основной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Закон (Конституция) в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 как источник российской гражданской этики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78" w:lineRule="auto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/>
              <w:ind w:left="72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человек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102F6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2F4A0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A56D9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как одна из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 исторической памяти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102F6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2F4A01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A56D9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как одна из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 исторической памяти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как одна из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 исторической памяти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A56D9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как одна из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 исторической памяти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Семейные ценности. Этика семейных отношений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Трудовая мораль.</w:t>
            </w:r>
          </w:p>
          <w:p w:rsidR="00A56D94" w:rsidRPr="006F24B8" w:rsidRDefault="002F4A01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Нравственные традиции предпринимательства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Трудовая мораль.</w:t>
            </w:r>
          </w:p>
          <w:p w:rsidR="00A56D94" w:rsidRPr="006F24B8" w:rsidRDefault="002F4A01">
            <w:pPr>
              <w:autoSpaceDE w:val="0"/>
              <w:autoSpaceDN w:val="0"/>
              <w:spacing w:before="72" w:after="0" w:line="262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Нравственные традиции предпринимательства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Трудовая мораль.</w:t>
            </w:r>
          </w:p>
          <w:p w:rsidR="00A56D94" w:rsidRPr="006F24B8" w:rsidRDefault="002F4A01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Нравственные традиции предпринимательства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.02.202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.03.202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значит быть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нравственным в наше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Методы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нравственного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самосовершенствования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.04.202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Этикет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 w:rsidR="002F4A01">
              <w:rPr>
                <w:rFonts w:ascii="Times New Roman" w:eastAsia="Times New Roman" w:hAnsi="Times New Roman"/>
                <w:color w:val="000000"/>
                <w:sz w:val="24"/>
              </w:rPr>
              <w:t>.04.20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Этикет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Любовь и уважение к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Отечеству. Патриотизм многонационального и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многоконфессионального народа 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Любовь и уважение к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Отечеству. Патриотизм многонационального и </w:t>
            </w:r>
            <w:r w:rsidRPr="006F24B8">
              <w:rPr>
                <w:lang w:val="ru-RU"/>
              </w:rPr>
              <w:br/>
            </w: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многоконфессионального народа 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102F6C" w:rsidRDefault="00102F6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.05.202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A56D94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Pr="006F24B8" w:rsidRDefault="002F4A0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F24B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2F4A0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56D94" w:rsidRDefault="00A56D94"/>
        </w:tc>
      </w:tr>
    </w:tbl>
    <w:p w:rsidR="00A56D94" w:rsidRDefault="00A56D94">
      <w:pPr>
        <w:autoSpaceDE w:val="0"/>
        <w:autoSpaceDN w:val="0"/>
        <w:spacing w:after="0" w:line="14" w:lineRule="exact"/>
      </w:pPr>
    </w:p>
    <w:p w:rsidR="00A56D94" w:rsidRDefault="00A56D94">
      <w:pPr>
        <w:sectPr w:rsidR="00A56D94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Default="00A56D94">
      <w:pPr>
        <w:autoSpaceDE w:val="0"/>
        <w:autoSpaceDN w:val="0"/>
        <w:spacing w:after="78" w:line="220" w:lineRule="exact"/>
      </w:pPr>
    </w:p>
    <w:p w:rsidR="00A56D94" w:rsidRDefault="002F4A0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A56D94" w:rsidRDefault="002F4A01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A56D94" w:rsidRPr="006F24B8" w:rsidRDefault="002F4A01">
      <w:pPr>
        <w:autoSpaceDE w:val="0"/>
        <w:autoSpaceDN w:val="0"/>
        <w:spacing w:before="166" w:after="0"/>
        <w:ind w:right="144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Основы религиозных культур и светской этики. Основы светской этики (в 2 частях). 4 класс. Часть 1: Виноградова Н.Ф., Власенко В.И., Поляков А.В.; Часть 2: Виноградова Н.Ф. Акционерное общество«Издательство «Просвещение»;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A56D94" w:rsidRPr="006F24B8" w:rsidRDefault="002F4A01">
      <w:pPr>
        <w:autoSpaceDE w:val="0"/>
        <w:autoSpaceDN w:val="0"/>
        <w:spacing w:before="262" w:after="0" w:line="230" w:lineRule="auto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A56D94" w:rsidRPr="006F24B8" w:rsidRDefault="002F4A01">
      <w:pPr>
        <w:autoSpaceDE w:val="0"/>
        <w:autoSpaceDN w:val="0"/>
        <w:spacing w:before="166" w:after="0" w:line="230" w:lineRule="auto"/>
        <w:rPr>
          <w:lang w:val="ru-RU"/>
        </w:rPr>
      </w:pP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УМК ОРКСЭ для учителя</w:t>
      </w:r>
    </w:p>
    <w:p w:rsidR="00A56D94" w:rsidRPr="006F24B8" w:rsidRDefault="002F4A01">
      <w:pPr>
        <w:autoSpaceDE w:val="0"/>
        <w:autoSpaceDN w:val="0"/>
        <w:spacing w:before="264" w:after="0" w:line="230" w:lineRule="auto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A56D94" w:rsidRPr="006F24B8" w:rsidRDefault="002F4A01">
      <w:pPr>
        <w:autoSpaceDE w:val="0"/>
        <w:autoSpaceDN w:val="0"/>
        <w:spacing w:before="16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infourok</w:t>
      </w:r>
    </w:p>
    <w:p w:rsidR="00A56D94" w:rsidRPr="006F24B8" w:rsidRDefault="00A56D94">
      <w:pPr>
        <w:rPr>
          <w:lang w:val="ru-RU"/>
        </w:rPr>
        <w:sectPr w:rsidR="00A56D94" w:rsidRPr="006F24B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56D94" w:rsidRPr="006F24B8" w:rsidRDefault="00A56D94">
      <w:pPr>
        <w:autoSpaceDE w:val="0"/>
        <w:autoSpaceDN w:val="0"/>
        <w:spacing w:after="78" w:line="220" w:lineRule="exact"/>
        <w:rPr>
          <w:lang w:val="ru-RU"/>
        </w:rPr>
      </w:pPr>
    </w:p>
    <w:p w:rsidR="00A56D94" w:rsidRPr="006F24B8" w:rsidRDefault="002F4A01">
      <w:pPr>
        <w:autoSpaceDE w:val="0"/>
        <w:autoSpaceDN w:val="0"/>
        <w:spacing w:after="0" w:line="230" w:lineRule="auto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A56D94" w:rsidRPr="006F24B8" w:rsidRDefault="002F4A01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компьютер, проектор</w:t>
      </w:r>
    </w:p>
    <w:p w:rsidR="00A56D94" w:rsidRPr="006F24B8" w:rsidRDefault="002F4A01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6F24B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ЛАБОРАТОРНЫХ, ПРАКТИЧЕСКИХ РАБОТ, ДЕМОНСТРАЦИЙ </w:t>
      </w:r>
      <w:r w:rsidRPr="006F24B8">
        <w:rPr>
          <w:lang w:val="ru-RU"/>
        </w:rPr>
        <w:br/>
      </w:r>
      <w:r w:rsidRPr="006F24B8">
        <w:rPr>
          <w:rFonts w:ascii="Times New Roman" w:eastAsia="Times New Roman" w:hAnsi="Times New Roman"/>
          <w:color w:val="000000"/>
          <w:sz w:val="24"/>
          <w:lang w:val="ru-RU"/>
        </w:rPr>
        <w:t>не требуется</w:t>
      </w:r>
    </w:p>
    <w:p w:rsidR="00A56D94" w:rsidRPr="006F24B8" w:rsidRDefault="00A56D94">
      <w:pPr>
        <w:rPr>
          <w:lang w:val="ru-RU"/>
        </w:rPr>
        <w:sectPr w:rsidR="00A56D94" w:rsidRPr="006F24B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F4A01" w:rsidRPr="006F24B8" w:rsidRDefault="002F4A01">
      <w:pPr>
        <w:rPr>
          <w:lang w:val="ru-RU"/>
        </w:rPr>
      </w:pPr>
    </w:p>
    <w:sectPr w:rsidR="002F4A01" w:rsidRPr="006F24B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1330E"/>
    <w:rsid w:val="00025E73"/>
    <w:rsid w:val="00034616"/>
    <w:rsid w:val="0006063C"/>
    <w:rsid w:val="00102F6C"/>
    <w:rsid w:val="0015074B"/>
    <w:rsid w:val="0029639D"/>
    <w:rsid w:val="002E57B0"/>
    <w:rsid w:val="002F4A01"/>
    <w:rsid w:val="00326F90"/>
    <w:rsid w:val="00394BFA"/>
    <w:rsid w:val="006F24B8"/>
    <w:rsid w:val="00987EBB"/>
    <w:rsid w:val="00A56D94"/>
    <w:rsid w:val="00AA1D8D"/>
    <w:rsid w:val="00B47730"/>
    <w:rsid w:val="00CB0664"/>
    <w:rsid w:val="00D867ED"/>
    <w:rsid w:val="00DD659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39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94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39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94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48756A-2668-45B0-9A63-0532833A9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4151</Words>
  <Characters>23666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Пользователь</cp:lastModifiedBy>
  <cp:revision>4</cp:revision>
  <dcterms:created xsi:type="dcterms:W3CDTF">2023-09-26T03:27:00Z</dcterms:created>
  <dcterms:modified xsi:type="dcterms:W3CDTF">2023-09-27T00:43:00Z</dcterms:modified>
</cp:coreProperties>
</file>